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新 希 望</w:t>
      </w:r>
    </w:p>
    <w:p>
      <w:pPr>
        <w:jc w:val="center"/>
      </w:pPr>
      <w:r>
        <w:rPr>
          <w:color w:val="333333"/>
          <w:sz w:val="28"/>
        </w:rPr>
        <w:t>000876.SZ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新希望六和股份有限公司由“改革先锋”刘永好先生始创于1982年,是一家以现代农牧与食品产业为主营业务的现代民营企业集团。在40余年的创业历程中,始终立足农牧行业并不断向上、下游产业延伸,已发展成为中国最大的动物蛋白综合供应商之一。在2025年《财富》世界500强中排名第426位、位居中国民营企业500强第19位、中国农业企业500强第二位。新希望六和股份有限公司(SZ.000876)是新希望集团旗下最大的实体产业板块,于1998年在深交所上市。公司立足农牧产业、注重稳健发展,业务聚焦于饲料、生猪养殖与屠宰两大行业,业务遍布全国及越南、菲律宾、印度尼西亚、新加坡、埃及等15个国家。公司是农业产业化国家重点龙头企业、全国食品放心企业、中国畜牧饲料行业十大时代企业、全国十大领军饲料企业、中国肉类食品安全信用体系建设示范项目企业,主体信用AAA级;旗下分公司先后入选2008年北京奥运猪肉指定供应商、2018上合组织青岛峰会禽肉指定供应商、2022年北京冬奥会及冬残奥会供应保障单位。公司获得“国家认定企业技术中心”、国家实验室CNAS认可,60多项技术成果获得省部级以上奖励,其中7项创新技术获得国家科学技术进步二等奖。旗下部分子公司通过了“ISO9001质量管理体系认证”、“ISO22000食品安全管理体系认证”、“HACCP食品安全管理体系认证”。公司将以“农牧食品行业领导者”为愿景,以“为耕者谋利、为食者造福”为使命,着重发挥农业产业化重点龙头企业的辐射带动效应,致力于整合全球资源,打造安全健康的大食品产业价值链,继续为帮助农民增收致富,为满足消费者对安全肉食品的需求,为服务国家乡村振兴战略,为促进社会文明进步,不断做出更大贡献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新 希 望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000876.SZ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饲料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≈1994（最早报告期 1994-12-31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四川 四川省成都市锦江工业园区金石路376号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+7.7%（报告期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-325.5%（报告期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-9.12%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-1.46%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4.73%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-3.04%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2.4129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-11.22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1.86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876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10.79%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8.15%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-11.70%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-22.69%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14.6%（近21日均量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首板涨停（13:04:51封板，封单资金 0.05 亿），短线关注度上升；行业（饲料）板块联动。基于东财涨停池数据，非新闻聚合。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876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5502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876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55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首板涨停（13:04:51封板），情绪驱动成分高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11.9%（CSDC）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质押比例中等，跟踪控股股东质押动态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-325.5%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2.41(高杠杆)。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+7.7%、净利同比 -325.5%（最新报告期）→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16%，估值维度偏保守。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-23%。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382 亿（百亿以上）。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项风险（High×3/Medium×1/Low×0），扣减 3.5。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4.15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58%</w:t>
      </w:r>
    </w:p>
    <w:p/>
    <w:p>
      <w:pPr/>
      <w:r>
        <w:rPr>
          <w:color w:val="333333"/>
          <w:sz w:val="22"/>
        </w:rPr>
        <w:t>长期（6–18个月）视角：新 希 望（000876.SZ）综合加权得分 4.15/10 → SELL。财务：负债/权益 2.41(高杠杆)。 成长：营收同比 +7.7%、净利同比 -325.5%（最新报告期）→ 低增长。 估值：亏损/PE 无意义；PB 5年分位 16%，估值维度偏保守。 动量：12月下跌 -23%。 行业地位：总市值 382 亿（百亿以上）。 风险：4 项风险（High×3/Medium×1/Low×0），扣减 3.5。置信度 58%。首板涨停属短线事件，本报告仅给出长期视角参考，不构成短线交易信号。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CN_MarketDataService.getKLineData（symbol=sz000876，1600日）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