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高争民爆</w:t>
      </w:r>
    </w:p>
    <w:p>
      <w:pPr>
        <w:jc w:val="center"/>
      </w:pPr>
      <w:r>
        <w:rPr>
          <w:color w:val="333333"/>
          <w:sz w:val="28"/>
        </w:rPr>
        <w:t>002827.SZ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西藏高争民爆股份有限公司成立于2014年1月2日,由原西藏高争民爆物资有限责任公司整体变更而成,是西藏自治区一家具备生产、销售、运输、仓储民爆物品和爆破作业资质的国有控股企业。公司位于拉萨市经济开发区林琼岗路A区18号,注册商标为“移山牌”。主要经营范围为民用爆炸物品生产、销售、仓储及危险货物运输。公司于2016年12月9日在深交所中小企业板正式挂牌上市,股票代码为002827,简称为“高争民爆”。高争民爆公司属西藏自治区国资委控股企业,现有股东分别为:西藏高争(集团)有限责任公司58.60%的股权;雅化集团绵阳实业有限公司1.81%;西藏自治区投资公司4.11%;西藏自治区能源投资公司2.42%;西藏自治区国有资产经营公司2.42%;湖南金能科技股份有限公司2.42%;全国社会保障基金理事会2.5%,社会公众股25.72%。控股公司有西藏高争爆破工程有限公司68.37%,全资子公司有西藏高争运输服务有限公司,参股公司有西藏中金新联爆破工程有限公司10.395%。公司的销售范围为西藏全区,分别在拉萨市、日喀则市、山南市、林芝市、昌都市、那曲地区和阿里地区等建有销售分公司。销售程序为客户申请、属地公安部门审批并出具相关证件、汇款、发货、运输使用。控股子公司西藏高争爆破工程有限公司,持有《营业性爆破作业许可证》叁级、矿山工程施工总承包叁级等专业资质,主要经营范围:土岩爆破工程施工、非煤矿山爆破工程施工、拆除爆破、三级水利水电枢纽的主体建筑、围堰、堤坝、挡水岩坎和爆破工程安全评估与施工监理。全资子公司西藏高争运输服务有限公司主要经营危险品运输配送、普通货物运输配送、装卸搬运及运输代理、货物仓储管理、车辆维修及保养等。未来,高争民爆准备形成以拉萨为生产中心,销售辐射至整个西藏自治区的运营布局,基本形成生产有基地,重要矿点有工业现场混装炸药基面站,各地区有销售分公司,产品售后有服务的网络格局,逐步打开尼泊尔国家的民爆市场,同时向周边国家延伸的生产、销售和爆破服务的一体化企业。西藏高争民爆股份有限公司秉承“高中争先、争中求高”的文化理念,追求“安全、勤勉、守则、进取”的企业宗旨,本着“重合同、守信用、质量第一、信誉第一、用户至上”的服务原则,立足于现代企业管理,求真务实,奋发进取,与时俱进,不断拓展新思路、开拓新方法,适应西藏经济的发展,全力服务于西藏的新老客户,为创造“平安西藏、和谐西藏、美丽西藏”贡献力量。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高争民爆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002827.SZ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化学制品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≈2012（最早报告期 2012-12-31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西藏 拉萨市经济技术开发区A区林琼岗路18号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-5.2%（报告期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-53.1%（报告期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3.02%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1.00%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26.63%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4.12%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1.0687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优秀（OCF/NI = 1.7x）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282.38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17.19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100%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22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827.SZ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22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34.34%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146.74%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84.67%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47.99%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放量 48.1%（近21日均量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首板涨停（09:30:39封板，封单资金 0.79 亿），短线关注度上升；行业（化学制品）板块联动。基于东财涨停池数据，非新闻聚合。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827.SZ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633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827.SZ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633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首板涨停（09:30:39封板），情绪驱动成分高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  <w:tr>
        <w:tc>
          <w:tcPr>
            <w:tcW w:type="dxa" w:w="2880"/>
          </w:tcPr>
          <w:p>
            <w:r>
              <w:t>业绩下滑风险：最新报告期归母净利同比 -53.1%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以季报验证拐点；若连续两期下滑应下修评级</w:t>
            </w:r>
          </w:p>
        </w:tc>
      </w:tr>
      <w:tr>
        <w:tc>
          <w:tcPr>
            <w:tcW w:type="dxa" w:w="2880"/>
          </w:tcPr>
          <w:p>
            <w:r>
              <w:t>估值风险：PE TTM 处于近5年 100% 分位（偏高）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估值回归风险需以成长性消化，注意预期差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经营现金流/净利 1.7x(盈利质量佳)。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-5.2%、净利同比 -53.1%（最新报告期）→ 大幅下滑。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PE TTM 282.4，5年点-in-time分位 100% → 历史高位。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12月涨幅 48%；6月涨幅 85% 偏快；近1月急涨 34%（首板涨停，短线拥挤）。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183 亿（百亿以上）；PE 超申万行业中位 41.7 两倍以上。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3 项风险（High×2/Medium×1/Low×0），扣减 2.5。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3.70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SELL</w:t>
            </w:r>
          </w:p>
        </w:tc>
      </w:tr>
    </w:tbl>
    <w:p/>
    <w:p/>
    <w:p>
      <w:pPr>
        <w:jc w:val="center"/>
      </w:pPr>
      <w:r>
        <w:rPr>
          <w:b/>
          <w:color w:val="CC0000"/>
          <w:sz w:val="56"/>
        </w:rPr>
        <w:t xml:space="preserve">  SELL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63%</w:t>
      </w:r>
    </w:p>
    <w:p/>
    <w:p>
      <w:pPr/>
      <w:r>
        <w:rPr>
          <w:color w:val="333333"/>
          <w:sz w:val="22"/>
        </w:rPr>
        <w:t>长期（6–18个月）视角：高争民爆（002827.SZ）综合加权得分 3.7/10 → SELL。财务：经营现金流/净利 1.7x(盈利质量佳)。 成长：营收同比 -5.2%、净利同比 -53.1%（最新报告期）→ 大幅下滑。 估值：PE TTM 282.4，5年点-in-time分位 100% → 历史高位。 动量：12月涨幅 48%；6月涨幅 85% 偏快；近1月急涨 34%（首板涨停，短线拥挤）。 行业地位：总市值 183 亿（百亿以上）；PE 超申万行业中位 41.7 两倍以上。 风险：3 项风险（High×2/Medium×1/Low×0），扣减 2.5。置信度 63%。首板涨停属短线事件，本报告仅给出长期视角参考，不构成短线交易信号。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CN_MarketDataService.getKLineData（symbol=sz002827，1600日）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