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华阳国际</w:t>
      </w:r>
    </w:p>
    <w:p>
      <w:pPr>
        <w:jc w:val="center"/>
      </w:pPr>
      <w:r>
        <w:rPr>
          <w:color w:val="333333"/>
          <w:sz w:val="28"/>
        </w:rPr>
        <w:t>002949.SZ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深圳市华阳国际工程设计股份有限公司(公司简称:华阳国际,股票代码:002949)总部位于深圳,2019年在深圳证券交易所上市,是中国十大民营工程设计企业TOP5、深圳500强企业。区域公司遍布深圳、香港(CAN)、广州、上海、长沙、武汉等核心城市,业务范围全面覆盖规划、设计、造价咨询、装配式建筑、BIM技术研究、生产制造、施工建设、全过程工程咨询、代建及工程总承包等建筑领域。代表设计作品有:新皇岗口岸、莲塘口岸、深圳科学技术馆、华为松山湖、华为青浦练秋湖研发中心、深圳清华大学研究院新大楼、大疆天空之城、深圳华润城及万象天地、深业上城南区、深超总SIC深湾睿云中心(天空之境)等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华阳国际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002949.SZ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工程咨询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≈2013（最早报告期 2013-12-31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广东 深圳市龙华区民治街道北站社区龙华设计产业园总部大厦3栋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-31.0%（报告期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+0.1%（报告期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2.20%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1.21%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33.47%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8.41%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0.7238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弱（OCF/NI = -2.0x）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39.40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1.89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99%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949.SZ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35.03%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21.08%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-3.83%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-4.93%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255.9%（近21日均量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首板涨停（13:03:09封板，封单资金 0.03 亿），短线关注度上升；行业（工程咨询）板块联动。基于东财涨停池数据，非新闻聚合。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949.SZ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949.SZ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首板涨停（13:03:09封板），情绪驱动成分高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15.2%（CSDC）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质押比例中等，跟踪控股股东质押动态</w:t>
            </w:r>
          </w:p>
        </w:tc>
      </w:tr>
      <w:tr>
        <w:tc>
          <w:tcPr>
            <w:tcW w:type="dxa" w:w="2880"/>
          </w:tcPr>
          <w:p>
            <w:r>
              <w:t>估值风险：PE TTM 处于近5年 99% 分位（偏高）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估值回归风险需以成长性消化，注意预期差</w:t>
            </w:r>
          </w:p>
        </w:tc>
      </w:tr>
      <w:tr>
        <w:tc>
          <w:tcPr>
            <w:tcW w:type="dxa" w:w="2880"/>
          </w:tcPr>
          <w:p>
            <w:r>
              <w:t>流动性风险：流通市值仅 21.4 亿，波动放大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小流通盘对资金敏感，控制仓位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经营现金流/净利 -2.0x(现金流为负)。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-31.0%、净利同比 +0.1%（最新报告期）→ 低增长。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39.4，5年点-in-time分位 99% → 历史高位。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-5%；近1月急涨 35%（首板涨停，短线拥挤）。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28 亿（中小）。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 项风险（High×1/Medium×3/Low×0），扣减 2.5。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4.08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59%</w:t>
      </w:r>
    </w:p>
    <w:p/>
    <w:p>
      <w:pPr/>
      <w:r>
        <w:rPr>
          <w:color w:val="333333"/>
          <w:sz w:val="22"/>
        </w:rPr>
        <w:t>长期（6–18个月）视角：华阳国际（002949.SZ）综合加权得分 4.08/10 → SELL。财务：经营现金流/净利 -2.0x(现金流为负)。 成长：营收同比 -31.0%、净利同比 +0.1%（最新报告期）→ 低增长。 估值：PE TTM 39.4，5年点-in-time分位 99% → 历史高位。 动量：12月下跌 -5%；近1月急涨 35%（首板涨停，短线拥挤）。 行业地位：总市值 28 亿（中小）。 风险：4 项风险（High×1/Medium×3/Low×0），扣减 2.5。置信度 59%。首板涨停属短线事件，本报告仅给出长期视角参考，不构成短线交易信号。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CN_MarketDataService.getKLineData（symbol=sz002949，1600日）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