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古越龙山</w:t>
      </w:r>
    </w:p>
    <w:p>
      <w:pPr>
        <w:jc w:val="center"/>
      </w:pPr>
      <w:r>
        <w:rPr>
          <w:color w:val="333333"/>
          <w:sz w:val="28"/>
        </w:rPr>
        <w:t>600059.SH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浙江古越龙山绍兴酒股份有限公司是中国黄酒行业头部企业,全国520户国家重点企业之一,中国酒业协会副理事长单位,中国酒业协会黄酒分会理事长单位,中国轻工业酿酒行业十强企业(第七位)。由集团公司独家发起组建的浙江古越龙山绍兴酒股份有限公司,是中国黄酒行业第一家上市公司,致力于民族产业的振兴和黄酒文化的传播,拥有国家黄酒工程技术研究中心、国家工业遗产——“鉴湖酒坊”,是国家非物质文化遗产——绍兴黄酒酿制技艺的传承基地。主业黄酒年产量达17余万千升。旗下拥有古越龙山、沈永和、女儿红、状元红、鉴湖等五大黄酒知名品牌。目前品牌群中拥有2个“中国驰名商标”、4个“中华老字号”。其中“古越龙山”是中国黄酒行业标志性品牌,钓鱼台国宾馆国宴专用黄酒,是“亚洲品牌500强”中唯一入选的黄酒品牌。古越龙山人秉承“守正创新开放开拓”发展理念,传承传统,创新发展,以工匠精神酿造芬芳美酒,赢得消费者的认可与点赞。市场遍及全国,并远销日本、东南亚、欧美等40多个国家和地区。2008年,古越龙山入选奥运菜单,成为奥运赛事专用酒。2010年上海世博会期间,一坛古越龙山佳酿为中国国家馆永久珍藏。2016年9月,古越龙山8款佳酿入选G20杭州峰会保障用酒。古越龙山还成为2021年迪拜世博会中国馆宴会厅指定黄酒、2022年杭州亚运会官方指定黄酒。科技引领发展。在2017年度国家科学技术奖励大会上,古越龙山主要参与的黄酒科研项目“黄酒绿色酿造关键技术与智能化装备的创制及应用”获得2017年国家技术发明奖二等奖,引领行业技术进步。创立古越龙山-江南大学黄酒酿造创新实验室,推进黄酒领域研究与创新。2019年,黄酒集团荣膺中国经济传媒大会颁发的2019年中国创新领军企业称号,浙江省绍兴黄酒产业创新服务综合体列入省级培育名单,2021年,古越龙山获批国家级博士后科研工作站,荣获“十三五”中国酒业科技突出贡献奖。新时期,新挑战,新征程。黄酒集团坚持“好酒”工程,主推“国酿1959”“好酒不上头”“青花醉”等三大系列高端产品,重启“越酒行天下”,推动价值提升,市场拓展;高质量建设黄酒产业园区,推进智慧酿造,产业升级;参与建设黄酒小镇,推进产旅融合,产城融合;科技赋能,创新营销,推进个性化定制、大数据营销;改革赋能,组建事业部,推进混合所有制改革……以开放积极的心态,为千年黄酒“焕发新生”、绍兴黄酒“再行天下”、古越龙山“笑傲江湖”而不懈努力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古越龙山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600059.SH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非白酒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≈1994（最早报告期 1994-12-31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浙江 浙江省绍兴市北海桥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-11.9%（报告期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+1.4%（报告期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1.55%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1.36%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40.62%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11.59%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0.1111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弱（OCF/NI = -3.4x）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45.75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1.43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89%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059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14.30%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15.89%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-1.82%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-9.46%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114.0%（近21日均量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首板涨停（09:47:10封板，封单资金 0.04 亿），短线关注度上升；行业（非白酒）板块联动。基于东财涨停池数据，非新闻聚合。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059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467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0059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46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首板涨停（09:47:10封板），情绪驱动成分高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0.8%（CSDC）</w:t>
            </w:r>
          </w:p>
        </w:tc>
        <w:tc>
          <w:tcPr>
            <w:tcW w:type="dxa" w:w="2880"/>
            <w:shd w:fill="D4EDDA" w:val="clear"/>
          </w:tcPr>
          <w:p>
            <w:r>
              <w:t>Low</w:t>
            </w:r>
          </w:p>
        </w:tc>
        <w:tc>
          <w:tcPr>
            <w:tcW w:type="dxa" w:w="2880"/>
          </w:tcPr>
          <w:p>
            <w:r>
              <w:t>质押比例低</w:t>
            </w:r>
          </w:p>
        </w:tc>
      </w:tr>
      <w:tr>
        <w:tc>
          <w:tcPr>
            <w:tcW w:type="dxa" w:w="2880"/>
          </w:tcPr>
          <w:p>
            <w:r>
              <w:t>估值风险：PE TTM 处于近5年 89%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0.11(低杠杆)；经营现金流/净利 -3.4x(现金流为负)。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-11.9%、净利同比 +1.4%（最新报告期）→ 低增长。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45.8，5年点-in-time分位 89%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-9%。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84 亿（中型）。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 项风险（High×1/Medium×1/Low×1），扣减 1.7。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4.72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53%</w:t>
      </w:r>
    </w:p>
    <w:p/>
    <w:p>
      <w:pPr/>
      <w:r>
        <w:rPr>
          <w:color w:val="333333"/>
          <w:sz w:val="22"/>
        </w:rPr>
        <w:t>长期（6–18个月）视角：古越龙山（600059.SH）综合加权得分 4.72/10 → SELL。财务：负债/权益 0.11(低杠杆)；经营现金流/净利 -3.4x(现金流为负)。 成长：营收同比 -11.9%、净利同比 +1.4%（最新报告期）→ 低增长。 估值：PE TTM 45.8，5年点-in-time分位 89% → 历史高位。 动量：12月下跌 -9%。 行业地位：总市值 84 亿（中型）。 风险：3 项风险（High×1/Medium×1/Low×1），扣减 1.7。置信度 53%。首板涨停属短线事件，本报告仅给出长期视角参考，不构成短线交易信号。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CN_MarketDataService.getKLineData（symbol=sh600059，1600日）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