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福建水泥</w:t>
      </w:r>
    </w:p>
    <w:p>
      <w:pPr>
        <w:jc w:val="center"/>
      </w:pPr>
      <w:r>
        <w:rPr>
          <w:color w:val="333333"/>
          <w:sz w:val="28"/>
        </w:rPr>
        <w:t>600802.SH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福建水泥股份有限公司(简称:福建水泥,股票代码:600802)是福建能化集团旗下建材业务板块核心企业,为福建省工业龙头企业(第四批名单),现为福建省水泥生产企业与供应商,拥有7个水泥熟料生产基地,分布在福州、三明、南平、泉州、宁德,水泥总产能1240万吨/年,产品“建福”“炼石”牌水泥持续多年获得“福建省著名商标”“福建名牌产品”等荣誉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福建水泥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600802.SH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水泥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≈1992（最早报告期 1992-12-31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福建 福建省福州市晋安区塔头路396号福建能源石化大厦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-21.5%（报告期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-434.9%（报告期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-7.47%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-2.82%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-5.41%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-15.49%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3.3519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-17.25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2.85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802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16.82%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8.32%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-15.83%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-6.96%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缩量 7.4%（近21日均量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首板涨停（10:33:08封板，封单资金 0.06 亿），短线关注度上升；行业（水泥）板块联动。基于东财涨停池数据，非新闻聚合。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802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802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首板涨停（10:33:08封板），情绪驱动成分高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-434.9%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最新报告期归母净利为负（亏损）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评估扭亏路径与现金流覆盖能力</w:t>
            </w:r>
          </w:p>
        </w:tc>
      </w:tr>
      <w:tr>
        <w:tc>
          <w:tcPr>
            <w:tcW w:type="dxa" w:w="2880"/>
          </w:tcPr>
          <w:p>
            <w:r>
              <w:t>流动性风险：流通市值仅 23.9 亿，波动放大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小流通盘对资金敏感，控制仓位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3.35(高杠杆)。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-21.5%、净利同比 -434.9%（最新报告期）→ 大幅下滑。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亏损/PE 无意义；PB 5年分位 89%，估值维度偏保守。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-7%。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24 亿（中小）。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项风险（High×3/Medium×1/Low×0），扣减 3.5。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3.10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69%</w:t>
      </w:r>
    </w:p>
    <w:p/>
    <w:p>
      <w:pPr/>
      <w:r>
        <w:rPr>
          <w:color w:val="333333"/>
          <w:sz w:val="22"/>
        </w:rPr>
        <w:t>长期（6–18个月）视角：福建水泥（600802.SH）综合加权得分 3.1/10 → SELL。财务：负债/权益 3.35(高杠杆)。 成长：营收同比 -21.5%、净利同比 -434.9%（最新报告期）→ 大幅下滑。 估值：亏损/PE 无意义；PB 5年分位 89%，估值维度偏保守。 动量：12月下跌 -7%。 行业地位：总市值 24 亿（中小）。 风险：4 项风险（High×3/Medium×1/Low×0），扣减 3.5。置信度 69%。首板涨停属短线事件，本报告仅给出长期视角参考，不构成短线交易信号。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CN_MarketDataService.getKLineData（symbol=sh600802，1600日）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