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会稽山</w:t>
      </w:r>
    </w:p>
    <w:p>
      <w:pPr>
        <w:jc w:val="center"/>
      </w:pPr>
      <w:r>
        <w:rPr>
          <w:color w:val="333333"/>
          <w:sz w:val="28"/>
        </w:rPr>
        <w:t>601579.SH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会稽山绍兴酒股份有限公司,清乾隆八年(1743年),会稽山公司前身“云集酒坊”在绍兴东浦创建。随后,横跨四个世纪专注酿酒,酒药代代传承,酿造年年持续。作为中国黄酒业龙头企业、“绍兴黄酒酿制技艺”国家级非物质文化遗产生产性传承基地、《黄酒》《绍兴酒》国家标准起草单位之一,会稽山公司坚守绍兴黄酒千年酿制技艺,百年只做好“一件事”,取鉴湖源头活水、江南糯米、优质小麦为原料,用心酿造绿色、健康、安全的高品质黄酒。1915年,“会稽山”在巴拿马太平洋万国博览会上为绍兴黄酒获得第一枚国际金奖;1956年,国家拨专款在云集酒厂(会稽山前身)兴建“绍兴酒陈贮中央仓库”;1998年,“会稽山”“兰亭”牌绍兴酒成为北京人民大会堂唯一国宴专用黄酒;2000年,首批通过国家地理标志产品认证;2006年,被国家商务部认定为首批“中华老字号”;2016年,成为G20杭州峰会指定用酒。百年传承创新,“会稽山”始终以酿造高品质黄酒为己任,在传统工艺基础上,以科技助力传统,以智慧复兴国粹,让绍兴黄酒千年技艺更具魅力,使“会稽山”成为高品质黄酒的代表,实现“国粹”黄酒的复兴之梦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会稽山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601579.SH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非白酒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≈2009（最早报告期 2009-12-31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浙江 浙江省绍兴市柯桥区湖塘街道杨绍路2579号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+4.4%（报告期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+37.0%（报告期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3.36%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2.79%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55.85%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15.25%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0.2301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弱（OCF/NI = 0.3x）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44.85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3.07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96%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1579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56.71%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51.57%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38.25%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7.31%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224.8%（近21日均量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首板涨停（09:34:49封板，封单资金 0.70 亿），短线关注度上升；行业（非白酒）板块联动。基于东财涨停池数据，非新闻聚合。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1579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1579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首板涨停（09:34:49封板），情绪驱动成分高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24.9%（CSDC）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关注质押率变化与股价跌破预警线/平仓线的可能</w:t>
            </w:r>
          </w:p>
        </w:tc>
      </w:tr>
      <w:tr>
        <w:tc>
          <w:tcPr>
            <w:tcW w:type="dxa" w:w="2880"/>
          </w:tcPr>
          <w:p>
            <w:r>
              <w:t>估值风险：PE TTM 处于近5年 96%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0.23(低杠杆)。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+4.4%、净利同比 +37.0%（最新报告期）→ 双高增长。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44.9，5年点-in-time分位 96%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12月横盘；近1月急涨 57%（首板涨停，短线拥挤）。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115 亿（百亿以上）。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 项风险（High×2/Medium×1/Low×0），扣减 2.5。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5.48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NEUTRAL</w:t>
            </w:r>
          </w:p>
        </w:tc>
      </w:tr>
    </w:tbl>
    <w:p/>
    <w:p/>
    <w:p>
      <w:pPr>
        <w:jc w:val="center"/>
      </w:pPr>
      <w:r>
        <w:rPr>
          <w:b/>
          <w:color w:val="CC8800"/>
          <w:sz w:val="56"/>
        </w:rPr>
        <w:t xml:space="preserve">  NEUTRAL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55%</w:t>
      </w:r>
    </w:p>
    <w:p/>
    <w:p>
      <w:pPr/>
      <w:r>
        <w:rPr>
          <w:color w:val="333333"/>
          <w:sz w:val="22"/>
        </w:rPr>
        <w:t>长期（6–18个月）视角：会稽山（601579.SH）综合加权得分 5.48/10 → NEUTRAL。财务：负债/权益 0.23(低杠杆)。 成长：营收同比 +4.4%、净利同比 +37.0%（最新报告期）→ 双高增长。 估值：PE TTM 44.9，5年点-in-time分位 96% → 历史高位。 动量：12月横盘；近1月急涨 57%（首板涨停，短线拥挤）。 行业地位：总市值 115 亿（百亿以上）。 风险：3 项风险（High×2/Medium×1/Low×0），扣减 2.5。置信度 55%。首板涨停属短线事件，本报告仅给出长期视角参考，不构成短线交易信号。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CN_MarketDataService.getKLineData（symbol=sh601579，1600日）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