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柏星龙</w:t>
      </w:r>
    </w:p>
    <w:p>
      <w:pPr>
        <w:jc w:val="center"/>
      </w:pPr>
      <w:r>
        <w:rPr>
          <w:color w:val="333333"/>
          <w:sz w:val="28"/>
        </w:rPr>
        <w:t>920075.BJ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深圳市柏星龙创意包装股份有限公司成立于2008年,并于2022年上市,中国创意包装第一股(股票代码:920075),是一家国内综合实力领先的《产品形象工程整体解决方案》提供商。总部位于深圳罗湖,旗下拥有12家控股子公司(惠州柏星龙包装有限公司、贵州柏星龙创意包装有限公司、四川天府柏星龙创意包装有限公司、美国柏星龙创意包装设计公司BXL Creative Design Co.,Ltd、山西贾家庄柏星龙创意包装有限公司、江苏柏星龙创意包装有限公司、河北柏星龙创意包装有限公司、深圳市柏星龙产业投资控股有限公司、深圳市龙衍文创产品有限公司、香港柏星龙创意有限公司、意大利柏星龙设计公司、柏星龙设计(新加坡)有限公司),5家生产基地,创意团队分为9个创意星组和2个工作室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柏星龙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920075.BJ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包装印刷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≈2013（最早报告期 2013-12-31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广东 深圳市罗湖区清水河街道清水河一路112号罗湖投资控股大厦裙楼1座11楼公司董事会办公室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+4.5%（报告期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-71.1%（报告期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1.52%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1.09%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31.98%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2.70%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0.5637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优秀（OCF/NI = 7.2x）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114.14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3.59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1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075.BJ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1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36.14%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9.22%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-15.46%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-36.01%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37.9%（近21日均量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首板涨停（09:57:11封板，封单资金 0.32 亿），短线关注度上升；行业（包装印刷）板块联动。基于东财涨停池数据，非新闻聚合。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075.BJ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075.BJ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首板涨停（09:57:11封板），情绪驱动成分高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-71.1%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估值风险：PE TTM 处于近5年 100%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  <w:tr>
        <w:tc>
          <w:tcPr>
            <w:tcW w:type="dxa" w:w="2880"/>
          </w:tcPr>
          <w:p>
            <w:r>
              <w:t>流动性风险：流通市值仅 7.5 亿，波动放大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小流通盘对资金敏感，控制仓位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经营现金流/净利 7.2x(盈利质量佳)。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+4.5%、净利同比 -71.1%（最新报告期）→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114.1，5年点-in-time分位 100%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-36%；近1月急涨 36%（首板涨停，短线拥挤）。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14 亿（中小）；PE 超申万行业中位 45.5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项风险（High×2/Medium×2/Low×0），扣减 3.0。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4.65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53%</w:t>
      </w:r>
    </w:p>
    <w:p/>
    <w:p>
      <w:pPr/>
      <w:r>
        <w:rPr>
          <w:color w:val="333333"/>
          <w:sz w:val="22"/>
        </w:rPr>
        <w:t>长期（6–18个月）视角：柏星龙（920075.BJ）综合加权得分 4.65/10 → SELL。财务：经营现金流/净利 7.2x(盈利质量佳)。 成长：营收同比 +4.5%、净利同比 -71.1%（最新报告期）→ 低增长。 估值：PE TTM 114.1，5年点-in-time分位 100% → 历史高位。 动量：12月下跌 -36%；近1月急涨 36%（首板涨停，短线拥挤）。 行业地位：总市值 14 亿（中小）；PE 超申万行业中位 45.5 两倍以上。 风险：4 项风险（High×2/Medium×2/Low×0），扣减 3.0。置信度 53%。首板涨停属短线事件，本报告仅给出长期视角参考，不构成短线交易信号。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CN_MarketDataService.getKLineData（symbol=bj920075，1600日）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